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Alex García</w:t>
      </w:r>
    </w:p>
    <w:p>
      <w:pPr/>
      <w:r>
        <w:t>Madrid · alex.garcia@example.com · [Tu teléfono]</w:t>
      </w:r>
    </w:p>
    <w:p>
      <w:pPr>
        <w:pStyle w:val="Heading1"/>
      </w:pPr>
      <w:r>
        <w:t>PERFIL</w:t>
      </w:r>
    </w:p>
    <w:p>
      <w:pPr/>
      <w:r>
        <w:t>Estudiante de Administración y Finanzas. En un proyecto de clase preparé un registro de facturas con hojas de cálculo y revisé fechas e importes. Busco prácticas para aprender el trabajo diario de un departamento administrativo.</w:t>
      </w:r>
    </w:p>
    <w:p>
      <w:pPr>
        <w:pStyle w:val="Heading1"/>
      </w:pPr>
      <w:r>
        <w:t>FORMACIÓN</w:t>
      </w:r>
    </w:p>
    <w:p>
      <w:pPr/>
      <w:r>
        <w:t>Técnico Superior en Administración y Finanzas — en curso.</w:t>
      </w:r>
    </w:p>
    <w:p>
      <w:pPr/>
      <w:r>
        <w:t>Centro de formación de ejemplo · septiembre de 2025 - actualidad.</w:t>
      </w:r>
    </w:p>
    <w:p>
      <w:pPr/>
      <w:r>
        <w:t>Finalización prevista: junio de 2027.</w:t>
      </w:r>
    </w:p>
    <w:p>
      <w:pPr>
        <w:pStyle w:val="Heading1"/>
      </w:pPr>
      <w:r>
        <w:t>PROYECTO ACADÉMICO</w:t>
      </w:r>
    </w:p>
    <w:p>
      <w:pPr/>
      <w:r>
        <w:t>Registro de facturas de una empresa simulada · marzo de 2026.</w:t>
      </w:r>
    </w:p>
    <w:p>
      <w:pPr>
        <w:pStyle w:val="ListBullet"/>
      </w:pPr>
      <w:r>
        <w:t>Organicé los datos facilitados en clase en una hoja de cálculo.</w:t>
      </w:r>
    </w:p>
    <w:p>
      <w:pPr>
        <w:pStyle w:val="ListBullet"/>
      </w:pPr>
      <w:r>
        <w:t>Comprobé fechas e importes y anoté las diferencias para revisarlas.</w:t>
      </w:r>
    </w:p>
    <w:p>
      <w:pPr>
        <w:pStyle w:val="ListBullet"/>
      </w:pPr>
      <w:r>
        <w:t>Preparé un resumen del trabajo para presentarlo al grupo.</w:t>
      </w:r>
    </w:p>
    <w:p>
      <w:pPr>
        <w:pStyle w:val="Heading1"/>
      </w:pPr>
      <w:r>
        <w:t>HABILIDADES</w:t>
      </w:r>
    </w:p>
    <w:p>
      <w:pPr/>
      <w:r>
        <w:t>Hojas de cálculo: filtros, sumas y organización de tablas, practicados en clase.</w:t>
      </w:r>
    </w:p>
    <w:p>
      <w:pPr/>
      <w:r>
        <w:t>Organización de documentos: clasificación por fecha y tipo en el proyecto académico.</w:t>
      </w:r>
    </w:p>
    <w:p>
      <w:pPr>
        <w:pStyle w:val="Heading1"/>
      </w:pPr>
      <w:r>
        <w:t>IDIOMAS</w:t>
      </w:r>
    </w:p>
    <w:p>
      <w:pPr/>
      <w:r>
        <w:t>Español: nativo.</w:t>
      </w:r>
    </w:p>
    <w:p>
      <w:pPr/>
      <w:r>
        <w:t>Inglés: B1, autoevaluación. Puedo redactar correos sencillos con apoyo.</w:t>
      </w:r>
    </w:p>
    <w:sectPr w:rsidR="00FC693F" w:rsidRPr="0006063C" w:rsidSect="00034616">
      <w:headerReference w:type="default" r:id="rId9"/>
      <w:pgSz w:w="11909" w:h="16834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sz w:val="16"/>
      </w:rPr>
      <w:t>EJEMPLO FICTICIO — SUSTITUYE LOS DATOS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4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54" w:lineRule="auto"/>
      <w:contextualSpacing/>
    </w:pPr>
    <w:rPr>
      <w:rFonts w:ascii="Arial" w:hAnsi="Arial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Ejemplo de currículum de estudiante</dc:title>
  <dc:subject/>
  <dc:creator>Curriculumify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