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NOMBRE Y APELLIDOS</w:t>
      </w:r>
    </w:p>
    <w:p>
      <w:pPr/>
      <w:r>
        <w:t>[Ciudad] · [Correo de contacto] · [Teléfono]</w:t>
      </w:r>
    </w:p>
    <w:p>
      <w:pPr>
        <w:pStyle w:val="Heading1"/>
      </w:pPr>
      <w:r>
        <w:t>PERFIL</w:t>
      </w:r>
    </w:p>
    <w:p>
      <w:pPr/>
      <w:r>
        <w:t>[Qué estudias o qué puesto buscas. Una tarea que sabes hacer y dónde la has practicado. El tipo de oportunidad que te interesa.]</w:t>
      </w:r>
    </w:p>
    <w:p>
      <w:pPr>
        <w:pStyle w:val="Heading1"/>
      </w:pPr>
      <w:r>
        <w:t>FORMACIÓN</w:t>
      </w:r>
    </w:p>
    <w:p>
      <w:pPr/>
      <w:r>
        <w:t>[Nombre oficial de los estudios] — [En curso o fecha de finalización]</w:t>
      </w:r>
    </w:p>
    <w:p>
      <w:pPr/>
      <w:r>
        <w:t>[Centro] · [Mes y año de inicio] - [Fin o actualidad]</w:t>
      </w:r>
    </w:p>
    <w:p>
      <w:pPr/>
      <w:r>
        <w:t>[Fecha prevista de finalización, si procede. Uno o dos conocimientos relevantes para el puesto.]</w:t>
      </w:r>
    </w:p>
    <w:p>
      <w:pPr>
        <w:pStyle w:val="Heading1"/>
      </w:pPr>
      <w:r>
        <w:t>PROYECTO O ACTIVIDAD RELEVANTE</w:t>
      </w:r>
    </w:p>
    <w:p>
      <w:pPr/>
      <w:r>
        <w:t>[Nombre de la actividad] · [Contexto académico, personal o voluntario] · [Fecha]</w:t>
      </w:r>
    </w:p>
    <w:p>
      <w:pPr/>
      <w:r>
        <w:t>[Tu tarea concreta, la herramienta utilizada y qué preparaste o entregaste.]</w:t>
      </w:r>
    </w:p>
    <w:p>
      <w:pPr/>
      <w:r>
        <w:t>[Una segunda tarea o comprobación que puedas explicar. Borra el apartado si no corresponde.]</w:t>
      </w:r>
    </w:p>
    <w:p>
      <w:pPr>
        <w:pStyle w:val="Heading1"/>
      </w:pPr>
      <w:r>
        <w:t>HABILIDADES</w:t>
      </w:r>
    </w:p>
    <w:p>
      <w:pPr/>
      <w:r>
        <w:t>[Herramienta o capacidad] — [Tarea real donde la has utilizado y nivel de autonomía.]</w:t>
      </w:r>
    </w:p>
    <w:p>
      <w:pPr/>
      <w:r>
        <w:t>[Otra capacidad relevante] — [Ejemplo que la respalda.]</w:t>
      </w:r>
    </w:p>
    <w:p>
      <w:pPr>
        <w:pStyle w:val="Heading1"/>
      </w:pPr>
      <w:r>
        <w:t>IDIOMAS</w:t>
      </w:r>
    </w:p>
    <w:p>
      <w:pPr/>
      <w:r>
        <w:t>[Idioma] — [Nivel. Indica certificado o autoevaluación cuando corresponda.]</w:t>
      </w:r>
    </w:p>
    <w:sectPr w:rsidR="00FC693F" w:rsidRPr="0006063C" w:rsidSect="00034616">
      <w:pgSz w:w="11909" w:h="16834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4" w:lineRule="auto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currículum sin experiencia</dc:title>
  <dc:subject/>
  <dc:creator>Curriculumify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