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 García</w:t>
      </w:r>
    </w:p>
    <w:p>
      <w:pPr/>
      <w:r>
        <w:t>Madrid · alex.garcia@example.com · [Your phone number]</w:t>
      </w:r>
    </w:p>
    <w:p>
      <w:pPr>
        <w:pStyle w:val="Heading1"/>
      </w:pPr>
      <w:r>
        <w:t>PROFILE</w:t>
      </w:r>
    </w:p>
    <w:p>
      <w:pPr/>
      <w:r>
        <w:t>Administration and Finance student. For a class project, I prepared an invoice register in a spreadsheet and checked dates and amounts. I am looking for a work placement to learn about the day-to-day work of an administration department.</w:t>
      </w:r>
    </w:p>
    <w:p>
      <w:pPr>
        <w:pStyle w:val="Heading1"/>
      </w:pPr>
      <w:r>
        <w:t>EDUCATION</w:t>
      </w:r>
    </w:p>
    <w:p>
      <w:pPr/>
      <w:r>
        <w:t>Técnico Superior en Administración y Finanzas (Higher Vocational Training in Administration and Finance) — in progress.</w:t>
      </w:r>
    </w:p>
    <w:p>
      <w:pPr/>
      <w:r>
        <w:t>Centro de formación de ejemplo · September 2025 - present.</w:t>
      </w:r>
    </w:p>
    <w:p>
      <w:pPr/>
      <w:r>
        <w:t>Expected completion: June 2027.</w:t>
      </w:r>
    </w:p>
    <w:p>
      <w:pPr>
        <w:pStyle w:val="Heading1"/>
      </w:pPr>
      <w:r>
        <w:t>ACADEMIC PROJECT</w:t>
      </w:r>
    </w:p>
    <w:p>
      <w:pPr/>
      <w:r>
        <w:t>Invoice register for a simulated company · March 2026.</w:t>
      </w:r>
    </w:p>
    <w:p>
      <w:pPr>
        <w:pStyle w:val="ListBullet"/>
      </w:pPr>
      <w:r>
        <w:t>Organised the data provided in class in a spreadsheet.</w:t>
      </w:r>
    </w:p>
    <w:p>
      <w:pPr>
        <w:pStyle w:val="ListBullet"/>
      </w:pPr>
      <w:r>
        <w:t>Checked dates and amounts and recorded differences for review.</w:t>
      </w:r>
    </w:p>
    <w:p>
      <w:pPr>
        <w:pStyle w:val="ListBullet"/>
      </w:pPr>
      <w:r>
        <w:t>Prepared a summary of the work to present to the group.</w:t>
      </w:r>
    </w:p>
    <w:p>
      <w:pPr>
        <w:pStyle w:val="Heading1"/>
      </w:pPr>
      <w:r>
        <w:t>SKILLS</w:t>
      </w:r>
    </w:p>
    <w:p>
      <w:pPr/>
      <w:r>
        <w:t>Spreadsheets: filters, sums and organising tables, practised in class.</w:t>
      </w:r>
    </w:p>
    <w:p>
      <w:pPr/>
      <w:r>
        <w:t>Document organisation: sorting by date and type in the academic project.</w:t>
      </w:r>
    </w:p>
    <w:p>
      <w:pPr>
        <w:pStyle w:val="Heading1"/>
      </w:pPr>
      <w:r>
        <w:t>LANGUAGES</w:t>
      </w:r>
    </w:p>
    <w:p>
      <w:pPr/>
      <w:r>
        <w:t>Spanish: native.</w:t>
      </w:r>
    </w:p>
    <w:p>
      <w:pPr/>
      <w:r>
        <w:t>English: B1, self-assessed. Able to write simple emails with support.</w:t>
      </w:r>
    </w:p>
    <w:sectPr w:rsidR="00FC693F" w:rsidRPr="0006063C" w:rsidSect="00034616">
      <w:headerReference w:type="default" r:id="rId9"/>
      <w:pgSz w:w="11909" w:h="16834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sz w:val="16"/>
      </w:rPr>
      <w:t>FICTIONAL EXAMPLE — REPLACE THE DETAILS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4" w:lineRule="auto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CV in English example</dc:title>
  <dc:subject/>
  <dc:creator>Curriculumify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